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Serverinstallation – $ServerInstallation</w:t>
      </w:r>
    </w:p>
    <w:p>
      <w:r>
        <w:t>Stand: 14.01.2026</w:t>
        <w:br/>
      </w:r>
    </w:p>
    <w:p>
      <w:pPr>
        <w:pStyle w:val="Heading2"/>
      </w:pPr>
      <w:r>
        <w:t>Phase 1 – Basis-Härtung</w:t>
      </w:r>
    </w:p>
    <w:p>
      <w:r>
        <w:t>- Debian 13.3 installiert</w:t>
      </w:r>
    </w:p>
    <w:p>
      <w:r>
        <w:t>- Benutzer mhamann angelegt</w:t>
      </w:r>
    </w:p>
    <w:p>
      <w:r>
        <w:t>- SSH-Key-Login aktiv</w:t>
      </w:r>
    </w:p>
    <w:p>
      <w:r>
        <w:t>- Root-Login deaktiviert</w:t>
      </w:r>
    </w:p>
    <w:p>
      <w:r>
        <w:t>- Passwort-Authentifizierung deaktiviert</w:t>
      </w:r>
    </w:p>
    <w:p>
      <w:r>
        <w:t>- Zeitzone Europe/Berlin</w:t>
      </w:r>
    </w:p>
    <w:p>
      <w:pPr>
        <w:pStyle w:val="Heading2"/>
      </w:pPr>
      <w:r>
        <w:t>Phase 2 – Netzwerk &amp; Firewall</w:t>
      </w:r>
    </w:p>
    <w:p>
      <w:r>
        <w:t>- UFW aktiviert</w:t>
      </w:r>
    </w:p>
    <w:p>
      <w:r>
        <w:t>- Freigegebene Ports (IPv4 + IPv6):</w:t>
      </w:r>
    </w:p>
    <w:p>
      <w:r>
        <w:t xml:space="preserve">  * 22/tcp (SSH)</w:t>
      </w:r>
    </w:p>
    <w:p>
      <w:r>
        <w:t xml:space="preserve">  * 80/tcp (HTTP)</w:t>
      </w:r>
    </w:p>
    <w:p>
      <w:r>
        <w:t xml:space="preserve">  * 443/tcp (HTTPS)</w:t>
      </w:r>
    </w:p>
    <w:p>
      <w:pPr>
        <w:pStyle w:val="Heading2"/>
      </w:pPr>
      <w:r>
        <w:t>Phase 2.1 – Webserver &amp; SSL</w:t>
      </w:r>
    </w:p>
    <w:p>
      <w:r>
        <w:t>- Apache2 installiert</w:t>
      </w:r>
    </w:p>
    <w:p>
      <w:r>
        <w:t>- Kein public_html</w:t>
      </w:r>
    </w:p>
    <w:p>
      <w:r>
        <w:t>- DocumentRoot: /var/www/&lt;domain&gt;</w:t>
      </w:r>
    </w:p>
    <w:p>
      <w:r>
        <w:t>- Let’s Encrypt SSL aktiv</w:t>
      </w:r>
    </w:p>
    <w:p>
      <w:r>
        <w:t>- certbot.timer aktiv</w:t>
      </w:r>
    </w:p>
    <w:p>
      <w:r>
        <w:t>- Separate vHost-Logs</w:t>
      </w:r>
    </w:p>
    <w:p>
      <w:pPr>
        <w:pStyle w:val="Heading2"/>
      </w:pPr>
      <w:r>
        <w:t>Phase 2.2 – PHP &amp; WebDAV</w:t>
      </w:r>
    </w:p>
    <w:p>
      <w:r>
        <w:t>- PHP via mod_php</w:t>
      </w:r>
    </w:p>
    <w:p>
      <w:r>
        <w:t>- WebDAV aktiv auf /var/www</w:t>
      </w:r>
    </w:p>
    <w:p>
      <w:r>
        <w:t>- PHP-Ausführung im WebDAV deaktiviert</w:t>
      </w:r>
    </w:p>
    <w:p>
      <w:r>
        <w:t>- Apache-Konfiguration fehlerfrei</w:t>
      </w:r>
    </w:p>
    <w:p>
      <w:pPr>
        <w:pStyle w:val="Heading2"/>
      </w:pPr>
      <w:r>
        <w:t>Phase 2.3 – Gitea &amp; Git</w:t>
      </w:r>
    </w:p>
    <w:p>
      <w:r>
        <w:t>- Git 2.47.3</w:t>
      </w:r>
    </w:p>
    <w:p>
      <w:r>
        <w:t>- Gitea 1.21.6 (systemd)</w:t>
      </w:r>
    </w:p>
    <w:p>
      <w:r>
        <w:t>- MariaDB angebunden (DB: gitea, User: gitea)</w:t>
      </w:r>
    </w:p>
    <w:p>
      <w:r>
        <w:t>- Apache Reverse Proxy über git.michaelhamann.dev</w:t>
      </w:r>
    </w:p>
    <w:p>
      <w:r>
        <w:t>- SSH-Key-Auth getestet</w:t>
      </w:r>
    </w:p>
    <w:p>
      <w:r>
        <w:t>- Repository-Pfad: /var/lib/gitea/data/gitea-repositories</w:t>
      </w:r>
    </w:p>
    <w:p>
      <w:r>
        <w:t>- app.ini: root:git, Rechte 640</w:t>
      </w:r>
    </w:p>
    <w:p>
      <w:pPr>
        <w:pStyle w:val="Heading2"/>
      </w:pPr>
      <w:r>
        <w:t>vHosts</w:t>
      </w:r>
    </w:p>
    <w:p>
      <w:r>
        <w:t>- michaelhamann.dev (aktiv)</w:t>
      </w:r>
    </w:p>
    <w:p>
      <w:r>
        <w:t>- webasset.michaelhamann.dev (Dev)</w:t>
      </w:r>
    </w:p>
    <w:p>
      <w:r>
        <w:t>- git.michaelhamann.dev (Gitea)</w:t>
      </w:r>
    </w:p>
    <w:p>
      <w:r>
        <w:t>- portfolio.michaelhamann.dev (geplant)</w:t>
      </w:r>
    </w:p>
    <w:p>
      <w:pPr>
        <w:pStyle w:val="Heading2"/>
      </w:pPr>
      <w:r>
        <w:t>Gesamtstatus</w:t>
      </w:r>
    </w:p>
    <w:p>
      <w:r>
        <w:t>- System stabil</w:t>
      </w:r>
    </w:p>
    <w:p>
      <w:r>
        <w:t>- Sicherheitsbasis abgeschlossen</w:t>
      </w:r>
    </w:p>
    <w:p>
      <w:r>
        <w:t>- Bereit für nächste Ausbauphase</w:t>
      </w:r>
    </w:p>
    <w:p>
      <w:pPr>
        <w:pStyle w:val="Heading2"/>
      </w:pPr>
      <w:r>
        <w:t>Nächste Schritte</w:t>
      </w:r>
    </w:p>
    <w:p>
      <w:r>
        <w:t>- Fail2Ban</w:t>
      </w:r>
    </w:p>
    <w:p>
      <w:r>
        <w:t>- Apache Security Headers</w:t>
      </w:r>
    </w:p>
    <w:p>
      <w:r>
        <w:t>- Backup-/Restore-Konzept</w:t>
      </w:r>
    </w:p>
    <w:p>
      <w:r>
        <w:t>- Monitoring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