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Projektstatus – $Webasset</w:t>
      </w:r>
    </w:p>
    <w:p>
      <w:r>
        <w:t>Webbasierte IT-Asset-Verwaltung</w:t>
        <w:br/>
        <w:t>Stand: 14.01.2026</w:t>
        <w:br/>
      </w:r>
    </w:p>
    <w:p/>
    <w:p>
      <w:r>
        <w:t>1. Projektziel</w:t>
      </w:r>
    </w:p>
    <w:p>
      <w:r>
        <w:t>Ziel des Projektes ist die Entwicklung einer webbasierten IT-Asset-Verwaltung.</w:t>
      </w:r>
    </w:p>
    <w:p>
      <w:r>
        <w:t>IT-Assets sollen strukturiert erfasst, kategorisiert, lokalisiert und verwaltet werden.</w:t>
      </w:r>
    </w:p>
    <w:p>
      <w:r>
        <w:t>Die Anwendung dient als Eigenentwicklung und Alternative zu bestehender Kaufsoftware.</w:t>
      </w:r>
    </w:p>
    <w:p/>
    <w:p>
      <w:r>
        <w:t>2. Projektkontext</w:t>
      </w:r>
    </w:p>
    <w:p>
      <w:r>
        <w:t>IHK-Abschlussprojekt – Fachinformatiker für Anwendungsentwicklung.</w:t>
      </w:r>
    </w:p>
    <w:p>
      <w:r>
        <w:t>Das Projekt ist modular aufgebaut und erweiterbar konzipiert.</w:t>
      </w:r>
    </w:p>
    <w:p/>
    <w:p>
      <w:r>
        <w:t>3. Aktueller Projektstand</w:t>
      </w:r>
    </w:p>
    <w:p/>
    <w:p>
      <w:r>
        <w:t>3.1 Infrastruktur</w:t>
      </w:r>
    </w:p>
    <w:p>
      <w:r>
        <w:t>- Entwicklungsserver: webasset.michaelhamann.dev</w:t>
      </w:r>
    </w:p>
    <w:p>
      <w:r>
        <w:t>- Apache Webserver aktiv</w:t>
      </w:r>
    </w:p>
    <w:p>
      <w:r>
        <w:t>- PHP aktiviert</w:t>
      </w:r>
    </w:p>
    <w:p>
      <w:r>
        <w:t>- Externer Datenbankzugriff erlaubt</w:t>
      </w:r>
    </w:p>
    <w:p>
      <w:r>
        <w:t>- Provider-Firewall konfiguriert</w:t>
      </w:r>
    </w:p>
    <w:p>
      <w:r>
        <w:t>- VS Code mit SQLTools erfolgreich verbunden</w:t>
      </w:r>
    </w:p>
    <w:p/>
    <w:p>
      <w:r>
        <w:t>3.2 Datenbank</w:t>
      </w:r>
    </w:p>
    <w:p>
      <w:r>
        <w:t>- Datenbankname: it_asset_mgmt</w:t>
      </w:r>
    </w:p>
    <w:p>
      <w:r>
        <w:t>- Tabellen:</w:t>
      </w:r>
    </w:p>
    <w:p>
      <w:r>
        <w:t xml:space="preserve">  * assets</w:t>
      </w:r>
    </w:p>
    <w:p>
      <w:r>
        <w:t xml:space="preserve">  * asset_categories</w:t>
      </w:r>
    </w:p>
    <w:p>
      <w:r>
        <w:t xml:space="preserve">  * asset_statuses</w:t>
      </w:r>
    </w:p>
    <w:p>
      <w:r>
        <w:t xml:space="preserve">  * locations</w:t>
      </w:r>
    </w:p>
    <w:p>
      <w:r>
        <w:t>- Datenbankschema vollständig definiert</w:t>
      </w:r>
    </w:p>
    <w:p>
      <w:r>
        <w:t>- Bereit für PDO-Anbindung</w:t>
      </w:r>
    </w:p>
    <w:p/>
    <w:p>
      <w:r>
        <w:t>3.3 Projektstruktur</w:t>
      </w:r>
    </w:p>
    <w:p>
      <w:r>
        <w:t>- Projektgerüst vorhanden</w:t>
      </w:r>
    </w:p>
    <w:p>
      <w:r>
        <w:t>- Routing vorbereitet</w:t>
      </w:r>
    </w:p>
    <w:p>
      <w:r>
        <w:t>- Modulstruktur definiert</w:t>
      </w:r>
    </w:p>
    <w:p>
      <w:r>
        <w:t>- Grundlayout umgesetzt</w:t>
      </w:r>
    </w:p>
    <w:p>
      <w:r>
        <w:t>- Eigenes CSS (kein Bootstrap)</w:t>
      </w:r>
    </w:p>
    <w:p>
      <w:r>
        <w:t>- Trennung von Logik, Ausgabe und Datenzugriff vorgesehen</w:t>
      </w:r>
    </w:p>
    <w:p/>
    <w:p>
      <w:r>
        <w:t>4. Noch nicht umgesetzt</w:t>
      </w:r>
    </w:p>
    <w:p>
      <w:r>
        <w:t>- PDO-Datenbankanbindung</w:t>
      </w:r>
    </w:p>
    <w:p>
      <w:r>
        <w:t>- CRUD-Funktionen für Assets</w:t>
      </w:r>
    </w:p>
    <w:p>
      <w:r>
        <w:t>- Benutzer- und Rollenverwaltung</w:t>
      </w:r>
    </w:p>
    <w:p>
      <w:r>
        <w:t>- Barcode-Integration</w:t>
      </w:r>
    </w:p>
    <w:p>
      <w:r>
        <w:t>- Import- und Exportfunktionen</w:t>
      </w:r>
    </w:p>
    <w:p>
      <w:r>
        <w:t>- Rechte- und Rollenkonzept</w:t>
      </w:r>
    </w:p>
    <w:p/>
    <w:p>
      <w:r>
        <w:t>5. Projektstatus</w:t>
      </w:r>
    </w:p>
    <w:p>
      <w:r>
        <w:t>- Entwicklungsphase gestartet</w:t>
      </w:r>
    </w:p>
    <w:p>
      <w:r>
        <w:t>- Technische Basis abgeschlossen</w:t>
      </w:r>
    </w:p>
    <w:p>
      <w:r>
        <w:t>- Datenbankdesign abgeschlossen</w:t>
      </w:r>
    </w:p>
    <w:p>
      <w:r>
        <w:t>- Anwendungslogik noch offen</w:t>
      </w:r>
    </w:p>
    <w:p>
      <w:r>
        <w:t>- Dokumentationsfähig für die IHK</w:t>
      </w:r>
    </w:p>
    <w:p/>
    <w:p>
      <w:r>
        <w:t>6. Nächste Schritte</w:t>
      </w:r>
    </w:p>
    <w:p>
      <w:r>
        <w:t>- Implementierung der PDO-Datenbankanbindung</w:t>
      </w:r>
    </w:p>
    <w:p>
      <w:r>
        <w:t>- Umsetzung des Asset-Moduls (Liste &amp; Detailansicht)</w:t>
      </w:r>
    </w:p>
    <w:p>
      <w:r>
        <w:t>- Aufteilung in Arbeitsphasen (80-Stunden-Plan)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