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Serverdokumentation – $ServerInstallation (Phase 2.3)</w:t>
      </w:r>
    </w:p>
    <w:p/>
    <w:p>
      <w:r>
        <w:t>Stand: 14.01.2026</w:t>
      </w:r>
    </w:p>
    <w:p/>
    <w:p>
      <w:r>
        <w:t>1. System- und Basis-Setup</w:t>
      </w:r>
    </w:p>
    <w:p>
      <w:r>
        <w:t>Server: michaelhamann.dev (VPS)</w:t>
      </w:r>
    </w:p>
    <w:p>
      <w:r>
        <w:t>Betriebssystem: Debian 13.3</w:t>
      </w:r>
    </w:p>
    <w:p>
      <w:r>
        <w:t>Benutzer: mhamann</w:t>
      </w:r>
    </w:p>
    <w:p>
      <w:r>
        <w:t>- SSH-Key-Login aktiv</w:t>
      </w:r>
    </w:p>
    <w:p>
      <w:r>
        <w:t>- Root-Login deaktiviert</w:t>
      </w:r>
    </w:p>
    <w:p>
      <w:r>
        <w:t>- Passwort-Authentifizierung deaktiviert</w:t>
      </w:r>
    </w:p>
    <w:p>
      <w:r>
        <w:t>Zeitzone: Europe/Berlin</w:t>
      </w:r>
    </w:p>
    <w:p/>
    <w:p>
      <w:r>
        <w:t>2. Firewall / Netzwerk</w:t>
      </w:r>
    </w:p>
    <w:p>
      <w:r>
        <w:t>UFW aktiv</w:t>
      </w:r>
    </w:p>
    <w:p>
      <w:r>
        <w:t>Freigegebene Ports (IPv4 + IPv6):</w:t>
      </w:r>
    </w:p>
    <w:p>
      <w:r>
        <w:t>- 22/tcp (SSH)</w:t>
      </w:r>
    </w:p>
    <w:p>
      <w:r>
        <w:t>- 80/tcp (HTTP)</w:t>
      </w:r>
    </w:p>
    <w:p>
      <w:r>
        <w:t>- 443/tcp (HTTPS)</w:t>
      </w:r>
    </w:p>
    <w:p/>
    <w:p>
      <w:r>
        <w:t>3. Webserver / vHosts / TLS</w:t>
      </w:r>
    </w:p>
    <w:p>
      <w:r>
        <w:t>Apache2 installiert und aktiv</w:t>
      </w:r>
    </w:p>
    <w:p>
      <w:r>
        <w:t>Kein public_html Konzept – DocumentRoot immer /var/www/&lt;domain&gt;</w:t>
      </w:r>
    </w:p>
    <w:p>
      <w:r>
        <w:t>Let’s Encrypt SSL aktiv</w:t>
      </w:r>
    </w:p>
    <w:p>
      <w:r>
        <w:t>Auto-Renewal via certbot.timer geprüft und aktiv</w:t>
      </w:r>
    </w:p>
    <w:p/>
    <w:p>
      <w:r>
        <w:t>Aktiver vHost:</w:t>
      </w:r>
    </w:p>
    <w:p>
      <w:r>
        <w:t>- michaelhamann.dev → /var/www/michaelhamann.dev</w:t>
      </w:r>
    </w:p>
    <w:p/>
    <w:p>
      <w:r>
        <w:t>Geplante vHosts:</w:t>
      </w:r>
    </w:p>
    <w:p>
      <w:r>
        <w:t>- webasset.michaelhamann.dev (PHP aktiv)</w:t>
      </w:r>
    </w:p>
    <w:p>
      <w:r>
        <w:t>- git.michaelhamann.dev (Gitea Reverse Proxy)</w:t>
      </w:r>
    </w:p>
    <w:p>
      <w:r>
        <w:t>- portfolio.michaelhamann.dev</w:t>
      </w:r>
    </w:p>
    <w:p/>
    <w:p>
      <w:r>
        <w:t>4. PHP</w:t>
      </w:r>
    </w:p>
    <w:p>
      <w:r>
        <w:t>Apache mod_php aktiv</w:t>
      </w:r>
    </w:p>
    <w:p>
      <w:r>
        <w:t>PHP-Ausführung im WebDAV-Bereich deaktiviert</w:t>
      </w:r>
    </w:p>
    <w:p/>
    <w:p>
      <w:r>
        <w:t>5. WebDAV</w:t>
      </w:r>
    </w:p>
    <w:p>
      <w:r>
        <w:t>WebDAV aktiv auf /var/www</w:t>
      </w:r>
    </w:p>
    <w:p>
      <w:r>
        <w:t>Alle Domains/Subdomains sichtbar</w:t>
      </w:r>
    </w:p>
    <w:p>
      <w:r>
        <w:t>PHP-Ausführung deaktiviert</w:t>
      </w:r>
    </w:p>
    <w:p/>
    <w:p>
      <w:r>
        <w:t>6. Git / Gitea</w:t>
      </w:r>
    </w:p>
    <w:p>
      <w:r>
        <w:t>Git Version: 2.47.3</w:t>
      </w:r>
    </w:p>
    <w:p>
      <w:r>
        <w:t>Gitea Version: 1.21.6 (systemd)</w:t>
      </w:r>
    </w:p>
    <w:p>
      <w:r>
        <w:t>MariaDB angebunden</w:t>
      </w:r>
    </w:p>
    <w:p>
      <w:r>
        <w:t>Datenbank: gitea</w:t>
      </w:r>
    </w:p>
    <w:p>
      <w:r>
        <w:t>User: gitea</w:t>
      </w:r>
    </w:p>
    <w:p>
      <w:r>
        <w:t>Reverse Proxy über Apache funktionsfähig</w:t>
      </w:r>
    </w:p>
    <w:p>
      <w:r>
        <w:t>SSH-Key-Auth erfolgreich getestet</w:t>
      </w:r>
    </w:p>
    <w:p>
      <w:r>
        <w:t>Repository-Pfad: /var/lib/gitea/data/gitea-repositories</w:t>
      </w:r>
    </w:p>
    <w:p>
      <w:r>
        <w:t>app.ini abgesichert (root:git, 640)</w:t>
      </w:r>
    </w:p>
    <w:p/>
    <w:p>
      <w:r>
        <w:t>7. Status</w:t>
      </w:r>
    </w:p>
    <w:p>
      <w:r>
        <w:t>System stabil und produktiv nutzbar</w:t>
      </w:r>
    </w:p>
    <w:p>
      <w:r>
        <w:t>Sicherheitsbasis abgeschlossen</w:t>
      </w:r>
    </w:p>
    <w:p/>
    <w:p>
      <w:r>
        <w:t>8. Nächste Schritte</w:t>
      </w:r>
    </w:p>
    <w:p>
      <w:r>
        <w:t>- Fail2Ban</w:t>
      </w:r>
    </w:p>
    <w:p>
      <w:r>
        <w:t>- Apache Security Headers</w:t>
      </w:r>
    </w:p>
    <w:p>
      <w:r>
        <w:t>- vHost-Finalisierung</w:t>
      </w:r>
    </w:p>
    <w:p>
      <w:r>
        <w:t>- Backup- und Update-Strategie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